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89AA6" w14:textId="77777777" w:rsidR="001F3752" w:rsidRDefault="001F3752" w:rsidP="001F3752">
      <w:pPr>
        <w:ind w:left="6480"/>
      </w:pPr>
      <w:r>
        <w:rPr>
          <w:sz w:val="20"/>
        </w:rPr>
        <w:t>................................................</w:t>
      </w:r>
    </w:p>
    <w:p w14:paraId="10A1A1CF" w14:textId="2AF82076" w:rsidR="001F3752" w:rsidRDefault="001F3752" w:rsidP="001F3752">
      <w:pPr>
        <w:spacing w:after="40"/>
        <w:ind w:left="6480"/>
        <w:rPr>
          <w:b/>
          <w:sz w:val="24"/>
        </w:rPr>
      </w:pPr>
      <w:r>
        <w:rPr>
          <w:sz w:val="18"/>
        </w:rPr>
        <w:t xml:space="preserve">      </w:t>
      </w:r>
      <w:r>
        <w:rPr>
          <w:sz w:val="18"/>
        </w:rPr>
        <w:t>(</w:t>
      </w:r>
      <w:proofErr w:type="spellStart"/>
      <w:r>
        <w:rPr>
          <w:sz w:val="18"/>
        </w:rPr>
        <w:t>miejscowość</w:t>
      </w:r>
      <w:proofErr w:type="spellEnd"/>
      <w:r>
        <w:rPr>
          <w:sz w:val="18"/>
        </w:rPr>
        <w:t>, data</w:t>
      </w:r>
      <w:r>
        <w:rPr>
          <w:sz w:val="18"/>
        </w:rPr>
        <w:t>)</w:t>
      </w:r>
    </w:p>
    <w:p w14:paraId="2282A832" w14:textId="77777777" w:rsidR="001F3752" w:rsidRDefault="001F3752" w:rsidP="001F3752">
      <w:pPr>
        <w:spacing w:after="40"/>
        <w:rPr>
          <w:sz w:val="20"/>
        </w:rPr>
      </w:pPr>
    </w:p>
    <w:p w14:paraId="577EB8D4" w14:textId="77777777" w:rsidR="001F3752" w:rsidRDefault="001F3752" w:rsidP="001F3752">
      <w:pPr>
        <w:spacing w:after="40"/>
        <w:rPr>
          <w:sz w:val="20"/>
        </w:rPr>
      </w:pPr>
    </w:p>
    <w:p w14:paraId="1E1654C5" w14:textId="097B3A78" w:rsidR="001F3752" w:rsidRDefault="001F3752" w:rsidP="001F3752">
      <w:pPr>
        <w:spacing w:after="40"/>
      </w:pPr>
      <w:r>
        <w:rPr>
          <w:sz w:val="20"/>
        </w:rPr>
        <w:t>........................................................................</w:t>
      </w:r>
    </w:p>
    <w:p w14:paraId="59BEC821" w14:textId="77777777" w:rsidR="001F3752" w:rsidRDefault="001F3752" w:rsidP="001F3752">
      <w:pPr>
        <w:spacing w:after="320"/>
      </w:pPr>
      <w:r>
        <w:rPr>
          <w:sz w:val="18"/>
        </w:rPr>
        <w:t>(</w:t>
      </w:r>
      <w:proofErr w:type="spellStart"/>
      <w:r>
        <w:rPr>
          <w:sz w:val="18"/>
        </w:rPr>
        <w:t>imię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nazwisko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ucznia</w:t>
      </w:r>
      <w:proofErr w:type="spellEnd"/>
      <w:r>
        <w:rPr>
          <w:sz w:val="18"/>
        </w:rPr>
        <w:t>)</w:t>
      </w:r>
    </w:p>
    <w:p w14:paraId="26F8944B" w14:textId="77777777" w:rsidR="001F3752" w:rsidRDefault="001F3752" w:rsidP="001F3752">
      <w:pPr>
        <w:spacing w:after="160"/>
      </w:pPr>
      <w:r>
        <w:rPr>
          <w:sz w:val="20"/>
        </w:rPr>
        <w:t>........................................................................</w:t>
      </w:r>
    </w:p>
    <w:p w14:paraId="295DBA58" w14:textId="77777777" w:rsidR="001F3752" w:rsidRDefault="001F3752" w:rsidP="001F3752">
      <w:pPr>
        <w:spacing w:after="60"/>
      </w:pPr>
      <w:r>
        <w:rPr>
          <w:sz w:val="20"/>
        </w:rPr>
        <w:t>........................................................................</w:t>
      </w:r>
    </w:p>
    <w:p w14:paraId="72B5BD45" w14:textId="76EF27F7" w:rsidR="003D590C" w:rsidRDefault="001F3752" w:rsidP="001F3752">
      <w:pPr>
        <w:spacing w:after="560"/>
      </w:pPr>
      <w:r>
        <w:rPr>
          <w:sz w:val="19"/>
        </w:rPr>
        <w:t>(</w:t>
      </w:r>
      <w:proofErr w:type="spellStart"/>
      <w:r>
        <w:rPr>
          <w:sz w:val="19"/>
        </w:rPr>
        <w:t>i</w:t>
      </w:r>
      <w:r>
        <w:rPr>
          <w:sz w:val="19"/>
        </w:rPr>
        <w:t>mi</w:t>
      </w:r>
      <w:r>
        <w:rPr>
          <w:sz w:val="19"/>
        </w:rPr>
        <w:t>ę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nazwisk</w:t>
      </w:r>
      <w:r>
        <w:rPr>
          <w:sz w:val="19"/>
        </w:rPr>
        <w:t>o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rodziców</w:t>
      </w:r>
      <w:proofErr w:type="spellEnd"/>
      <w:r>
        <w:rPr>
          <w:sz w:val="19"/>
        </w:rPr>
        <w:t>//</w:t>
      </w:r>
      <w:proofErr w:type="spellStart"/>
      <w:r>
        <w:rPr>
          <w:sz w:val="19"/>
        </w:rPr>
        <w:t>opiekunów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prawnyc</w:t>
      </w:r>
      <w:r>
        <w:rPr>
          <w:sz w:val="19"/>
        </w:rPr>
        <w:t>h</w:t>
      </w:r>
      <w:proofErr w:type="spellEnd"/>
      <w:r>
        <w:rPr>
          <w:sz w:val="19"/>
        </w:rPr>
        <w:t>)</w:t>
      </w:r>
    </w:p>
    <w:p w14:paraId="3854BD00" w14:textId="77777777" w:rsidR="001F3752" w:rsidRDefault="001F3752">
      <w:pPr>
        <w:spacing w:after="40"/>
        <w:jc w:val="center"/>
        <w:rPr>
          <w:b/>
          <w:sz w:val="24"/>
        </w:rPr>
      </w:pPr>
    </w:p>
    <w:p w14:paraId="2164C335" w14:textId="77777777" w:rsidR="001F3752" w:rsidRDefault="001F3752" w:rsidP="001F3752">
      <w:pPr>
        <w:spacing w:after="40"/>
        <w:jc w:val="center"/>
        <w:rPr>
          <w:b/>
          <w:sz w:val="24"/>
        </w:rPr>
      </w:pPr>
    </w:p>
    <w:p w14:paraId="1B9BA088" w14:textId="77777777" w:rsidR="001F3752" w:rsidRDefault="001F3752" w:rsidP="001F3752">
      <w:pPr>
        <w:spacing w:after="40"/>
        <w:jc w:val="center"/>
        <w:rPr>
          <w:b/>
          <w:sz w:val="24"/>
        </w:rPr>
      </w:pPr>
    </w:p>
    <w:p w14:paraId="412AE4B2" w14:textId="31A17F41" w:rsidR="003D590C" w:rsidRDefault="001F3752" w:rsidP="001F3752">
      <w:pPr>
        <w:spacing w:after="40"/>
        <w:jc w:val="center"/>
      </w:pPr>
      <w:r>
        <w:rPr>
          <w:b/>
          <w:sz w:val="24"/>
        </w:rPr>
        <w:t>WNIOSEK</w:t>
      </w:r>
    </w:p>
    <w:p w14:paraId="25945868" w14:textId="77777777" w:rsidR="003D590C" w:rsidRDefault="001F3752" w:rsidP="001F3752">
      <w:pPr>
        <w:spacing w:after="680"/>
        <w:jc w:val="center"/>
      </w:pPr>
      <w:r>
        <w:rPr>
          <w:b/>
          <w:sz w:val="22"/>
        </w:rPr>
        <w:t>o wydanie mLegitymacji szkolnej</w:t>
      </w:r>
    </w:p>
    <w:p w14:paraId="47105C28" w14:textId="77777777" w:rsidR="003D590C" w:rsidRDefault="001F3752" w:rsidP="001F3752">
      <w:pPr>
        <w:spacing w:after="400" w:line="252" w:lineRule="auto"/>
        <w:jc w:val="both"/>
      </w:pPr>
      <w:r>
        <w:t xml:space="preserve">Działając </w:t>
      </w:r>
      <w:r>
        <w:t>na podstawie art. § 6 ust. 3 rozporządzenia Ministra Edukacji i Nauki z 7 czerwca</w:t>
      </w:r>
      <w:r>
        <w:br/>
        <w:t>2023 r. w sprawie świadectw, dyplomów państwowych i innych druków zwracam się z</w:t>
      </w:r>
      <w:r>
        <w:br/>
        <w:t>wnioskiem o wydanie mLegitymacji szkolnej¹</w:t>
      </w:r>
    </w:p>
    <w:p w14:paraId="59AC4438" w14:textId="77777777" w:rsidR="003D590C" w:rsidRDefault="001F3752">
      <w:pPr>
        <w:spacing w:after="240"/>
      </w:pPr>
      <w:r>
        <w:t>Dotyczy:</w:t>
      </w:r>
    </w:p>
    <w:p w14:paraId="40C20271" w14:textId="77777777" w:rsidR="003D590C" w:rsidRDefault="001F3752">
      <w:pPr>
        <w:jc w:val="center"/>
      </w:pPr>
      <w:r>
        <w:t>.................................................................................................</w:t>
      </w:r>
    </w:p>
    <w:p w14:paraId="6DE48AAE" w14:textId="77777777" w:rsidR="003D590C" w:rsidRDefault="001F3752">
      <w:pPr>
        <w:spacing w:after="240"/>
        <w:jc w:val="center"/>
      </w:pPr>
      <w:r>
        <w:rPr>
          <w:sz w:val="19"/>
        </w:rPr>
        <w:t>(imię i nazwisko ucznia/uczennicy)</w:t>
      </w:r>
    </w:p>
    <w:p w14:paraId="73A9290C" w14:textId="77777777" w:rsidR="003D590C" w:rsidRDefault="001F3752">
      <w:r>
        <w:t>Klasa:</w:t>
      </w:r>
    </w:p>
    <w:p w14:paraId="3B98AAAB" w14:textId="77777777" w:rsidR="003D590C" w:rsidRDefault="001F3752">
      <w:pPr>
        <w:spacing w:after="900"/>
        <w:jc w:val="center"/>
      </w:pPr>
      <w:r>
        <w:t>.................................................................................................</w:t>
      </w:r>
    </w:p>
    <w:p w14:paraId="6AD83EF4" w14:textId="2406313D" w:rsidR="003D590C" w:rsidRDefault="001F3752">
      <w:pPr>
        <w:jc w:val="right"/>
      </w:pPr>
      <w:r>
        <w:t>..................</w:t>
      </w:r>
      <w:r>
        <w:t>....................</w:t>
      </w:r>
      <w:r>
        <w:t>.........................................</w:t>
      </w:r>
    </w:p>
    <w:p w14:paraId="1A41504E" w14:textId="16260ED8" w:rsidR="001F3752" w:rsidRPr="001F3752" w:rsidRDefault="001F3752" w:rsidP="001F3752">
      <w:pPr>
        <w:jc w:val="right"/>
        <w:rPr>
          <w:sz w:val="16"/>
          <w:szCs w:val="16"/>
        </w:rPr>
      </w:pPr>
      <w:proofErr w:type="spellStart"/>
      <w:r w:rsidRPr="001F3752">
        <w:rPr>
          <w:sz w:val="16"/>
          <w:szCs w:val="16"/>
        </w:rPr>
        <w:t>Czytelny</w:t>
      </w:r>
      <w:proofErr w:type="spellEnd"/>
      <w:r w:rsidRPr="001F3752">
        <w:rPr>
          <w:sz w:val="16"/>
          <w:szCs w:val="16"/>
        </w:rPr>
        <w:t xml:space="preserve"> </w:t>
      </w:r>
      <w:proofErr w:type="spellStart"/>
      <w:r w:rsidRPr="001F3752">
        <w:rPr>
          <w:sz w:val="16"/>
          <w:szCs w:val="16"/>
        </w:rPr>
        <w:t>podpis</w:t>
      </w:r>
      <w:proofErr w:type="spellEnd"/>
      <w:r w:rsidRPr="001F3752">
        <w:rPr>
          <w:sz w:val="16"/>
          <w:szCs w:val="16"/>
        </w:rPr>
        <w:t xml:space="preserve"> </w:t>
      </w:r>
      <w:proofErr w:type="spellStart"/>
      <w:r w:rsidRPr="001F3752">
        <w:rPr>
          <w:sz w:val="16"/>
          <w:szCs w:val="16"/>
        </w:rPr>
        <w:t>rodziców</w:t>
      </w:r>
      <w:proofErr w:type="spellEnd"/>
      <w:r w:rsidRPr="001F3752">
        <w:rPr>
          <w:sz w:val="16"/>
          <w:szCs w:val="16"/>
        </w:rPr>
        <w:t>/</w:t>
      </w:r>
      <w:proofErr w:type="spellStart"/>
      <w:r w:rsidRPr="001F3752">
        <w:rPr>
          <w:sz w:val="16"/>
          <w:szCs w:val="16"/>
        </w:rPr>
        <w:t>prawnych</w:t>
      </w:r>
      <w:proofErr w:type="spellEnd"/>
      <w:r w:rsidRPr="001F3752">
        <w:rPr>
          <w:sz w:val="16"/>
          <w:szCs w:val="16"/>
        </w:rPr>
        <w:t xml:space="preserve"> </w:t>
      </w:r>
      <w:proofErr w:type="spellStart"/>
      <w:r w:rsidRPr="001F3752">
        <w:rPr>
          <w:sz w:val="16"/>
          <w:szCs w:val="16"/>
        </w:rPr>
        <w:t>opiekunów</w:t>
      </w:r>
      <w:proofErr w:type="spellEnd"/>
      <w:r w:rsidRPr="001F3752">
        <w:rPr>
          <w:sz w:val="16"/>
          <w:szCs w:val="16"/>
        </w:rPr>
        <w:t xml:space="preserve">/ </w:t>
      </w:r>
      <w:proofErr w:type="spellStart"/>
      <w:r w:rsidRPr="001F3752">
        <w:rPr>
          <w:sz w:val="16"/>
          <w:szCs w:val="16"/>
        </w:rPr>
        <w:t>ucznia</w:t>
      </w:r>
      <w:proofErr w:type="spellEnd"/>
      <w:r w:rsidRPr="001F3752">
        <w:rPr>
          <w:sz w:val="16"/>
          <w:szCs w:val="16"/>
        </w:rPr>
        <w:t xml:space="preserve"> </w:t>
      </w:r>
      <w:proofErr w:type="spellStart"/>
      <w:r w:rsidRPr="001F3752">
        <w:rPr>
          <w:sz w:val="16"/>
          <w:szCs w:val="16"/>
        </w:rPr>
        <w:t>pełnoletniego</w:t>
      </w:r>
      <w:proofErr w:type="spellEnd"/>
    </w:p>
    <w:p w14:paraId="04F418DF" w14:textId="56B26DAB" w:rsidR="003D590C" w:rsidRPr="001F3752" w:rsidRDefault="003D590C" w:rsidP="001F3752">
      <w:pPr>
        <w:jc w:val="center"/>
        <w:rPr>
          <w:sz w:val="16"/>
          <w:szCs w:val="16"/>
        </w:rPr>
      </w:pPr>
    </w:p>
    <w:p w14:paraId="52F2DF42" w14:textId="77777777" w:rsidR="003D590C" w:rsidRPr="001F3752" w:rsidRDefault="003D590C">
      <w:pPr>
        <w:spacing w:after="520"/>
        <w:rPr>
          <w:sz w:val="18"/>
          <w:szCs w:val="18"/>
        </w:rPr>
      </w:pPr>
    </w:p>
    <w:p w14:paraId="4A6BB713" w14:textId="77777777" w:rsidR="003D590C" w:rsidRDefault="001F3752">
      <w:pPr>
        <w:spacing w:after="60"/>
      </w:pPr>
      <w:r>
        <w:rPr>
          <w:sz w:val="16"/>
        </w:rPr>
        <w:t>________________________________________________________________________________</w:t>
      </w:r>
    </w:p>
    <w:p w14:paraId="215B346A" w14:textId="77777777" w:rsidR="003D590C" w:rsidRDefault="001F3752">
      <w:r>
        <w:rPr>
          <w:sz w:val="16"/>
        </w:rPr>
        <w:t xml:space="preserve">¹ Szkoła, wydając legitymację szkolną, może wydać uczniowi, </w:t>
      </w:r>
      <w:r>
        <w:rPr>
          <w:sz w:val="16"/>
        </w:rPr>
        <w:t>któremu nadano numer PESEL, dodatkowo,</w:t>
      </w:r>
      <w:r>
        <w:rPr>
          <w:sz w:val="16"/>
        </w:rPr>
        <w:br/>
        <w:t>mLegitymację szkolną stanowiącą dokument elektroniczny przechowywany i prezentowany przy użyciu</w:t>
      </w:r>
      <w:r>
        <w:rPr>
          <w:sz w:val="16"/>
        </w:rPr>
        <w:br/>
        <w:t>oprogramowania przeznaczonego dla urządzeń mobilnych, o którym mowa w art. 19e ust. 1 ustawy z 17 lutego</w:t>
      </w:r>
      <w:r>
        <w:rPr>
          <w:sz w:val="16"/>
        </w:rPr>
        <w:br/>
        <w:t>2005 r. o inform</w:t>
      </w:r>
      <w:r>
        <w:rPr>
          <w:sz w:val="16"/>
        </w:rPr>
        <w:t>atyzacji działalności podmiotów realizujących zadania publiczne (Dz.U. z 2023 r. poz. 57), zwaną</w:t>
      </w:r>
      <w:r>
        <w:rPr>
          <w:sz w:val="16"/>
        </w:rPr>
        <w:br/>
        <w:t>dalej „mLegitymacją szkolną” - § 4 rozporządzenia MEiN z 7 czerwca 2023 r. w sprawie świadectw, dyplomów</w:t>
      </w:r>
      <w:r>
        <w:rPr>
          <w:sz w:val="16"/>
        </w:rPr>
        <w:br/>
        <w:t>państwowych i innych druków (Dz.U. z 2023 r. poz. 1120</w:t>
      </w:r>
      <w:r>
        <w:rPr>
          <w:sz w:val="16"/>
        </w:rPr>
        <w:t xml:space="preserve"> ze zm.).</w:t>
      </w:r>
    </w:p>
    <w:sectPr w:rsidR="003D590C" w:rsidSect="00034616">
      <w:pgSz w:w="11906" w:h="16838"/>
      <w:pgMar w:top="1417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3752"/>
    <w:rsid w:val="0029639D"/>
    <w:rsid w:val="00326F90"/>
    <w:rsid w:val="003D590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D8D54"/>
  <w14:defaultImageDpi w14:val="300"/>
  <w15:docId w15:val="{BF256832-653C-4B3C-85AD-6F50CD05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Szkoła</cp:lastModifiedBy>
  <cp:revision>2</cp:revision>
  <dcterms:created xsi:type="dcterms:W3CDTF">2026-10-29T13:15:00Z</dcterms:created>
  <dcterms:modified xsi:type="dcterms:W3CDTF">2026-10-29T13:15:00Z</dcterms:modified>
  <cp:category/>
</cp:coreProperties>
</file>